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עקרונות הלשון, הקריאה והכתיבה שבלוחות הקוביה בדרך פעילה ומדורגת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בשלוש רמות משימה (בסיס, מתקדם, אתגר) ולבחור רמה מתאימה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הנקרא, שטף קריאה וכתיבת סיפור דרך משימות קצרות וברורות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גם את מסלול העולים החדשים ואת תחום החשבון כבונוס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 בקוביה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עצם הוא שם של אדם, בעל חיים, דבר או מקום.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הפועל "הלך" הוא בזמן עבר, כי הפעולה כבר קרתה.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סימן הפיסוק שמסיים משפט רגיל הוא נקודה.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לכולן אותו שורש: כ-ת-ב.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 בקוביה – שימוש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 בקוביה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לשון בקוביה – חשיבה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(ילד)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קריאה ושטף – זיהוי ויסודות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קריאה בקול בקצב נכון, בדיוק ובהבעה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א׳–ב׳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קריאה ושטף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קריאה ושטף – התאמה בין רמות למשימה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(קוראים צליל וניקוד של הברה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(מחפשים מילה שלמה עם התנועה שיצאה בקובייה)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(כותבים מילה חדשה ומוסיפים לה ניקוד)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(מטילים את הקובייה כדי לבחור 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(כפתור שמקריא את המשימה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קריאה ושטף – סדר פעולות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לוחצים על "גלגלו" כדי להטיל את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מוצאים את השורה של המספר שיצא – היא נצבעת בצהוב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עמודה (רמה) ומבצעים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בדף התרגול, מחליפים תפקיד ומגלגלים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הבנת הנקרא – מכירים את שלבי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עוצרים, מסכמים ושואלים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רעיון מרכזי, סיכום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שאילת שאלות ברמות חשיבה שונות על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הבנת הנקרא – מתרגלים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הבנת הנקרא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הקשורה לכותרת או לנושא הצפוי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 וברור שמבטא את הנושא המרכזי של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שמצריכה הסבר, השוואה או דעה, למשל 'למה...' או 'מה היה קורה אם...'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הכוללת שלושה פרטים מדויקים מתוך הטקסט שנבחר: כותרת, סוג ורעיון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כתיבת סיפור בקוביות – מכירים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שלושת ההגרלות שבונות את 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שלושת ההגרלות שבונות את אמצע וסוף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בפעילות מגרילים את הדמות והמקום עם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בהמשך הסיפור בונים את האמצע והסוף, לא את הפתיחה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סיפור בקוביות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סיפור בקוביות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(ילדה אמיצה)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(יער קסום)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(איבדה את הדרך)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(מפה ישנה)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סיפור בקוביות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מגלגלים את הקובייה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מוצאים את השורה של המספר שיצא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עמודה ומבצעים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המשפט בדף התרגול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מחליפים תפקיד ומגלגלים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חשבון וכפל בקוביה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הקובייה רגילה ובה המספרים 1 עד 6, ולכל מספר יש שורה משלו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עמודה בסיס, עמודה בינונית ועמודה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הלוח מתרגל חיבור, חיסור וגם 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בדיוק עובד המשחק בכל הלוחות באתר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חשבון וכפל בקוביה – תרגול עובדות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חשבון וכפל בקוביה – חושבים ומיישמים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🟢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לחשב 6 כפול 6 ולהסביר איך הגעתם לתוצאה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עברית לעולים חדשים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הנושא המרכזי של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המילון עוזר להבין מילים חדשות בעזרת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מספר בקוביה (1 עד 6) מתאים לשורה אחרת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הלוח מיועד לתרגול עברית, לא 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כל שורה מציעה שלוש רמות קושי: בסיסית, בינונית ומאתגרת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מזהים נכון בין משימות קלות לקשות ומנמקים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שהתלמידים מדווחים בכנות על רמת הקושי ברמת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אספו את התשובות כדי לבנות תחנה נוספת על הנושא המבוקש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על פני כמה שיעורים – פרק אחד או שניים בכל פעם, כדי לא להעמיס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ברמת בסיס בלבד ולהקריא את המשימות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לצרף מילון חזותי קטן ליד כל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להפעיל את הפרקים כמרכזי למידה בקבוצות קטנות, כשכל קבוצה מגלגלת קוביה ועוברת בין תחנות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דף יש משימות קטנות. בכל פעם בוחרים משימה אחת וכותבים תשובה בשורה. אפשר להתחיל מהקל.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קוביה ללמידה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קוביה שמגרילה מספר, וכל מספר שולח למשימה בלוח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האותיות שחוזרות במשפחת מילים, כמו ש.מ.ר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חלקי הדיבר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סוגי המילים במשפט: שם עצם, פועל, שם תואר ועוד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זמני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עבר, הווה ועתיד – מתי קרתה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נקודה, פסיק, סימן שאלה וסימן 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שטף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בקול בקצב נכון, בדיוק ובהבעה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תנועות הניקוד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הסימנים מתחת לאותיות שמלמדים איך לקרוא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להבין, לסכם ולשאול שאלות על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מרכז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שבה קבוצה קטנה עובדת לבד עם קוביה ולוח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מילון חזותי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מילים עם אימוג׳י שעוזר להבין את המשמעות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 בקוביה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"ספר" היא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"הלך" מתאר משהו שקורה עכשיו.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הנקודה (.) מסמנת 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"כתב", "מכתב" ו"כתיבה" שייכות לאותה 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 בקוביה – שימוש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מילת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 אותיות חוזרות במילים מאותה 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סימן שמים אחרי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שמתאימה למילה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 בקוביה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מילים מאותה משפחה כמו "לימוד": מורה, תלמיד,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מהמילה "גדול"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לשון בקוביה – חשיבה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קריאה ושטף – זיהוי ויסודות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מתרגלים בקוביית השטף?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קריאה בקול בקצב נכון, בדיוק ובהבעה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סיפור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תרגילי כפל וחיבור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זיהוי שורש של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לאיזה גיל מתאימה קוביית הניקוד?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א׳–ב׳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ה׳–ו׳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ז׳–ט׳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י׳–יב׳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רמות יש בכל 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קריאה ושטף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"שטף ודיוק בקריאה" קוראים בקול בקצב נכון, ב__________ ובהבעה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קוביית הניקוד עוזרת לקרוא __________ ומילים מנוקדות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קריאה ושטף – התאמה בין רמות למשימה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🟢 קוראים הברות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מילה חדשה ומוסיפים לה ניקוד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🟡 מוצאים מילה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קוראים צליל וניקוד של הברה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🔴 כותבים ומנקדים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כפתור שמקריא את המשימה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🎲 גלגלו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מחפשים מילה שלמה עם התנועה שיצאה בקובייה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🔊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מטילים את הקובייה כדי לבחור 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קריאה ושטף – סדר פעולות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השורה של המספר שיצא – היא נצבעת בצהוב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"גלגלו" כדי להטיל את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בדף התרגול, מחליפים תפקיד ומגלגלים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עמודה (רמה) ומבצעים את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הבנת הנקרא – מכירים את שלבי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שואלים שאלות לפני שקוראים?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בזמן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בלוח חשבון וכפל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כשקוראים?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עוצרים, מסכמים ושואלים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סוף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מגלגלים קוביית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את שורש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בודקים כשסיימו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מרכזי, סיכום והבעת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ניקוד המילים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חלקי הדיבר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בניין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בלוח מילות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שאילת שאלות ברמות חשיבה שונות על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סוף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זיהוי שורש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ניקוד תנועות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הבנת הנקרא – מתרגלים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'לפני הקריאה' מסתכלים בכותרת ובתמונות כדי לנחש מה יהיה ה__________ של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בלוח 'בזמן הקריאה', כשנתקלים במילה קשה, עוצרים ו__________ את המשפט 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בלוח 'אחרי הקריאה' כותבים את ה__________ המרכזי של הטקסט במשפט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'מילות שאלה' מלמד לשאול שאלות ב__________ חשיבה שונות – פשוטות ומורכבות.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הבנת הנקרא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טקסט קצר שקראתם לאחרונה. כתבו שאלת תחזית שהייתם שואלים לפני הקריאה.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שמסכם את הרעיון המרכזי של סיפור או טקסט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ברמת חשיבה גבוהה (לא רק 'מי' או 'מה') על טקסט שקראתם.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טקסט מכל מקצוע שתרצו (לא רק סיפור) וכתבו: מהי הכותרת, מהו סוג הטקסט, ומהו הרעיון המרכזי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כתיבת סיפור בקוביות – מכירים את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בקובייה הראשונה מגרילים דמות, מקום ובעיה לפתיחת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בקובייה השנייה מגרילים זמן, חפץ משמעותי ופתרון להמשך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לבד דמות ומקום בלי לגלגל קובייה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בהמשך הסיפור בונים את הפתיחה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כתיבת סיפור בקוביות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בפתיחת הסיפור מגרילים דמות, מקום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בהמשך הסיפור מגרילים זמן, חפץ משמעותי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כתיבת סיפור בקוביות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יער קסום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מפה ישנה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בעיה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ילדה אמיצה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חפץ משמעותי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איבדה את הדרך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כתיבת סיפור בקוביות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תפקיד ומגלגלים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מגלגלים את הקובייה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המשפט בדף התרגול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את השורה של המספר שיצא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עמודה ומבצעים את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חשבון וכפל בקוביה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שש שורות, אחת לכל מספר שיכול לצאת בקובייה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שלוש עמודות שמייצגות שלוש רמות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חשבון וכפל בקוביה מתרגלים רק חיבור, ולא חיסור וכפל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סבב מגלגלים את הקובייה, מוצאים את השורה המתאימה ובוחרים רמה לביצוע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חשבון וכפל בקוביה – תרגול עובדות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יצא בקובייה המספר 4, אז 4 + 4 שווה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יצא בקובייה המספר 3, אז 3 × 3 שווה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יצא בקובייה המספר 5, אז 5 - 2 שווה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יצא בקובייה המספר 6, אז 6 × 2 שווה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יצא בקובייה המספר 2, אז 10 - 2 שווה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חשבון וכפל בקוביה – חושבים ומיישמים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רמה הכי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🔴 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🟡 בינוני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🟢 בסיס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רמות בלוח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ברמה הכי קשה כשיוצא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את המספר 6 על 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שישה עיגולים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לחשב 6 כפול 6 ולהסביר איך הגעתם לתוצאה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את המספר בקול פעם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עברית לעולים חדשים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 'עברית לעולים: מדברים בקוביה' מתרגל אוצר מילים ושיחה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מילון חזותי עם אימוג'י ליד כל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המשימות יש 6 שורות, אחת לכל מספר בקוביה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לשחק בלוח צריך לדעת לקרוא 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שלוש רמות משימה בשלוש עמודות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משימות מהחוברת היו הכי קלות 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ברמת אתגר, האם הצלחתם לבצע את המשימה לבד או עם עזרה?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נושא (לשון, קריאה, כתיבה או חשבון) הייתם רוצים לתרגל עוד?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גלגלו ולמדו: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