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עקרונות הלשון, הקריאה והכתיבה שבלוחות הקוביה בדרך פעילה ומדורגת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בשלוש רמות משימה (בסיס, מתקדם, אתגר) ולבחור רמה מתאימה באופן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הנקרא, שטף קריאה וכתיבת סיפור דרך משימות קצרות וברורות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גם את מסלול העולים החדשים ואת תחום החשבון כבונוס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 בקוביה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עצם הוא שם של אדם, בעל חיים, דבר או 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הפועל "הלך" הוא בזמן עבר, כי הפעולה כבר קרתה.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סימן הפיסוק שמסיים משפט רגיל הוא נקודה.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 בקוביה – שימוש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סימן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 בקוביה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לשון בקוביה – חשיבה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קריאה ושטף – זיהוי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קריאה בקול בקצב נכון, בדיוק ובהבעה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א׳–ב׳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קריאה ושטף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קריאה ושטף – התאמה בין רמות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(קוראים צליל וניקוד של הברה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(מחפשים מילה שלמה עם התנועה שיצאה בקובייה)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(כותבים מילה חדשה ומוסיפים לה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(מטילים את הקובייה כדי לבחור משימה)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קריאה ושטף – סדר פעולות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לוחצים על "גלגלו" כדי להטיל את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מוצאים את השורה של המספר שיצא – היא נצבעת בצהוב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עמודה (רמה) ומבצעים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בדף התרגול, מחליפים תפקיד ומגלגלים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הבנת הנקרא – מכירים את שלבי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עוצרים, מסכמים ושואלים 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הבנת הנקרא – מתרגלים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הבנת הנקרא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הקשורה לכותרת או לנושא הצפוי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וברור שמבטא את הנושא המרכזי של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כתיבת סיפור בקוביות – מכירים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שלושת ההגרלות שבונות את פתיחת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שלושת ההגרלות שבונות את אמצע וסוף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בפעילות מגרילים את הדמות והמקום עם הקובייה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כתיבת סיפור בקוביות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כתיבת סיפור בקוביות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(ילדה אמיצה)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(יער קסום)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(איבדה את הדרך)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(מפה ישנה)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כתיבת סיפור בקוביות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מגלגלים את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מוצאים את השורה של המספר שיצא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עמודה ומבצעים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את המשפט בדף התרגול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חשבון וכפל בקוביה – מכירים את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הקובייה רגילה ובה המספרים 1 עד 6, ולכל מספר יש שורה משלו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עמודה בסיס, עמודה בינונית ועמודה 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הלוח מתרגל חיבור, חיסור וגם כפל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חשבון וכפל בקוביה – תרגול עובדות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חשבון וכפל בקוביה – חושבים ומיישמים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🟢 בסיס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עברית לעולים חדשים – מכירים את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הנושא המרכזי של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המילון עוזר להבין מילים חדשות בעזרת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מספר בקוביה (1 עד 6) מתאים לשורה אחרת בלוח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שהתלמידים מזהים נכון בין משימות קלות לקשות ומנמקים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שהתלמידים מדווחים בכנות על רמת הקושי ברמת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אספו את התשובות כדי לבנות תחנה נוספת על הנושא המבוקש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על פני כמה שיעורים – פרק אחד או שניים בכל פעם, כדי לא להעמיס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להתמקד ברמת בסיס בלבד ולהקריא את המשימות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לצרף מילון חזותי קטן ליד כל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להפעיל את הפרקים כמרכזי למידה בקבוצות קטנות, כשכל קבוצה מגלגלת קוביה ועוברת בין תחנות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יש משימות שמתאימות ללוח קוביה אחר. אפשר לדמיין שאתם מגלגלים קוביה ובוחרים בכל פעם רמה אחת – בסיס, מתקדם או אתגר. כתבו את התשובות בשורות שליד כל 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הברות  ·  דיוק  ·  למד  ·  תוכן  ·  בעיה  ·  8  ·  רעיון  ·  9  ·  פתרון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לשון בקוביה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"ספר" היא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"הלך" מתאר משהו שקורה עכשיו.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הנקודה (.) מסמנת סוף 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לשון בקוביה – שימוש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הבאה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השורש של המילה "כותב"?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סימן פיסוק מסיימים משפט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פסיק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לשון בקוביה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מילים מאותה משפחה כמו "לימוד": מורה, תלמיד,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לשון בקוביה – חשיבה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קריאה ושטף – זיהוי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קוביית "שטף ודיוק בקריאה" מתרגלת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קריאה בקול בקצב נכון, בדיוק ובהבעה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כתיבת סיפור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תרגילי כפל וחיבור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קוביית "צלילי הניקוד" מיועדת בעיקר לכיתות...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א׳–ב׳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ה׳–ו׳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ז׳–ט׳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קריאה ושטף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בלוח "שטף ודיוק בקריאה" קוראים בקול בקצב נכון, ב__________ ובהבעה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קוביית הניקוד עוזרת לקרוא __________ ומילים מנוקדות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קריאה ושטף – התאמה בין רמות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🟢 קוראים הברות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כותבים מילה חדשה ומוסיפים לה ניקוד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🟡 מוצאים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מטילים את הקובייה כדי לבחור 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🔴 כותבים ומנקדים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מחפשים מילה שלמה עם התנועה שיצאה בקובייה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🎲 גלגלו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קוראים צליל וניקוד של הברה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קריאה ושטף – סדר פעולות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מוצאים את השורה של המספר שיצא – היא נצבעת בצהוב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בדף התרגול, מחליפים תפקיד ומגלגלים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"גלגלו" כדי להטיל את הקובייה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עמודה (רמה) ומבצעים את המשימה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הבנת הנקרא – מכירים את שלבי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שלב שואלים שאלות ותחזית על הטקסט, עוד לפני שקוראים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בלוח 'בזמן הקריאה'?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עוצרים, מסכמים ושואלים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 סוף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מגלגלים קוביית מספרים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הבנת הנקרא – מתרגלים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בלוח 'לפני הקריאה' מסתכלים בכותרת ובתמונות כדי לנחש מה יהיה ה__________ של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בלוח 'אחרי הקריאה' כותבים את ה__________ המרכזי של הטקסט במשפט אחד.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הבנת הנקרא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טקסט קצר שקראתם לאחרונה. כתבו שאלת תחזית שהייתם שואלים לפני הקריאה.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שמסכם את הרעיון המרכזי של סיפור או טקסט שקראתם.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כתיבת סיפור בקוביות – מכירים את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בקובייה הראשונה מגרילים דמות, מקום ובעיה לפתיחת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בקובייה השנייה מגרילים זמן, חפץ משמעותי ופתרון להמשך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לבד דמות ומקום בלי לגלגל קובייה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כתיבת סיפור בקוביות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בפתיחת הסיפור מגרילים דמות, מקום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בהמשך הסיפור מגרילים זמן, חפץ משמעותי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כתיבת סיפור בקוביות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יער קסום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איבדה את הדרך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מפה ישנה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חפץ משמעותי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ילדה אמיצה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כתיבת סיפור בקוביות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המשפט בדף התרגול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עמודה ומבצעים את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מגלגלים את הקובייה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מוצאים את השורה של המספר שיצא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חשבון וכפל בקוביה – מכירים את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יש שש שורות, אחת לכל מספר שיכול לצאת בקובייה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יש שלוש עמודות שמייצגות שלוש רמות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חשבון וכפל בקוביה מתרגלים רק חיבור, ולא חיסור וכפל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חשבון וכפל בקוביה – תרגול עובדות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יצא בקובייה המספר 4, אז 4 + 4 שווה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אם יצא בקובייה המספר 3, אז 3 × 3 שווה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חשבון וכפל בקוביה – חושבים ומיישמים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רמת הקושי הקלה ביותר בלוח חשבון וכפל בקוביה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🔴 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🟡 בינוני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🟢 בסיס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עברית לעולים חדשים – מכירים את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הלוח 'עברית לעולים: מדברים בקוביה' מתרגל אוצר מילים ושיחה יומיומית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יש מילון חזותי עם אימוג'י ליד כל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המשימות יש 6 שורות, אחת לכל מספר בקוביה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שתי משימות מהחוברת היו הכי קלות לכם,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ברמת אתגר, האם הצלחתם לבצע את המשימה לבד או עם עזרה?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גלגלו ולמדו: מרכזי למידה עם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